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😂  פרס הצחוק המדבק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שהכי מצחיק/ה את כולנו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🤝  פרס היד המושטת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הראשון/ה לעזור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🌞  פרס קרן השמש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שמחייך/ת גם בבוקר של מבחן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❓  פרס השאלה הטובה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ששואל/ת את השאלות הכי מעניינות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🎨  פרס היצירתיות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מביא/ה רעיון מקורי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📅  פרס המארגן/ת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יודע/ת מה, מתי ואיפה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👂  פרס האוזן הקשבת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שהכי טוב לדבר איתו/איתה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🦁  פרס הלב האמיץ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שמעז/ה לנסות דברים חדשים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📈  פרס הקפיצה הגדולה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שהכי התקדם/ה בתקופה הזאת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⚽  פרס רוח הספורט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שמשחק/ת בהגינות ומעודד/ת את כולם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🎤  פרס הקול של הכיתה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שמדבר/ת בשם כולנו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🕊️  פרס שגריר/ת השלום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שיודע/ת להרגיע ולגשר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💐  פרס האדיבות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אומר/ת מילה טובה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🎵  פרס הפסקול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יש לו/לה שיר בראש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💡  פרס הרעיונות הגדולים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שחושב/ת מחוץ לקופסה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🌱  פרס ההתמדה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שלא מוותר/ת לעולם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📚  פרס תולעת הספרים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מחזיק/ה ספר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🍪  פרס הנדיבות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משתף/ת – גם בחטיף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⏰  פרס "כבר פה!"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מגיע/ה בזמן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🔋  פרס האנרגיה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שמכניס/ה חיים לכל שיעור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🧘  פרס הקור רוח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שנשאר/ת רגוע/ה גם בלחץ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🌈  פרס האופטימיות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שתמיד רואה את הצד הטוב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🏡  פרס "מרגישים בבית"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שגורם/ת לחדשים להרגיש שייכים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📖  פרס מספר/ת הסיפורים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מי שהופך/ת כל דבר לסיפור מרתק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⭐  פרס 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על 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color w:val="7A6400"/>
                <w:sz w:val="26"/>
                <w:rtl w:val="1"/>
                <w:szCs w:val="26"/>
              </w:rPr>
              <w:t>✦ פרסי הכיתה ✦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3A2A00"/>
                <w:sz w:val="56"/>
                <w:rtl w:val="1"/>
                <w:szCs w:val="56"/>
                <w:bCs/>
              </w:rPr>
              <w:t>⭐  פרס 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0"/>
                <w:rtl w:val="1"/>
                <w:szCs w:val="30"/>
              </w:rPr>
              <w:t>על 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מוענק ל: ______________________________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תאריך: ___________          חתימה: ___________</w:t>
            </w:r>
          </w:p>
        </w:tc>
      </w:tr>
    </w:tbl>
    <w:p/>
    <w:p/>
    <w:sectPr w:rsidR="00FC693F" w:rsidRPr="0006063C" w:rsidSect="00034616">
      <w:footerReference w:type="default" r:id="rId9"/>
      <w:headerReference w:type="default" r:id="rId10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8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6B5F73"/>
        <w:sz w:val="18"/>
        <w:rtl w:val="1"/>
        <w:szCs w:val="18"/>
      </w:rPr>
      <w:t>מסתכלים אחורה, צועדים קדימה · תעודות פרסי הכיתה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